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11727C" w14:textId="4D23F6B5" w:rsidR="00E72A7F" w:rsidRDefault="00E72A7F" w:rsidP="00E72A7F">
      <w:pPr>
        <w:pStyle w:val="Heading2"/>
        <w:jc w:val="center"/>
      </w:pPr>
      <w:r>
        <w:rPr>
          <w:noProof/>
        </w:rPr>
        <w:drawing>
          <wp:inline distT="0" distB="0" distL="0" distR="0" wp14:anchorId="77BC586A" wp14:editId="76767399">
            <wp:extent cx="3414737" cy="440675"/>
            <wp:effectExtent l="0" t="0" r="0" b="4445"/>
            <wp:docPr id="1783256897" name="Picture 1" descr="A brown letter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256897" name="Picture 1" descr="A brown letter on a white background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2970" cy="48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E0676" w14:textId="71392BBF" w:rsidR="002E7094" w:rsidRPr="00E72A7F" w:rsidRDefault="00000000" w:rsidP="00E72A7F">
      <w:pPr>
        <w:pStyle w:val="Heading2"/>
        <w:jc w:val="center"/>
        <w:rPr>
          <w:color w:val="000000" w:themeColor="text1"/>
        </w:rPr>
      </w:pPr>
      <w:r w:rsidRPr="00E72A7F">
        <w:rPr>
          <w:color w:val="000000" w:themeColor="text1"/>
        </w:rPr>
        <w:t>Pilates Teacher Certification Program Application</w:t>
      </w:r>
    </w:p>
    <w:p w14:paraId="5CA2FE2E" w14:textId="77777777" w:rsidR="00E72A7F" w:rsidRDefault="00E72A7F"/>
    <w:p w14:paraId="77A1B19C" w14:textId="77777777" w:rsidR="00E72A7F" w:rsidRDefault="00E72A7F"/>
    <w:p w14:paraId="3C6AA5D9" w14:textId="73FE236B" w:rsidR="002E7094" w:rsidRDefault="00000000">
      <w:r>
        <w:t>Thank you for your interest in the Zoeli Pilates Teacher Certification Program. This is a comprehensive certification program designed to prepare you for a professional career in Pilates. Students have a maximum of one year to complete the program.</w:t>
      </w:r>
      <w:r>
        <w:br/>
      </w:r>
      <w:r>
        <w:br/>
        <w:t>Along with tuition, all students are required to complete 50 private or semi-private sessions at the discounted student rate and 30 group classes. Please note that this program is non-refundable.</w:t>
      </w:r>
      <w:r>
        <w:br/>
      </w:r>
      <w:r>
        <w:br/>
        <w:t>Incomplete applications may not be considered.</w:t>
      </w:r>
    </w:p>
    <w:p w14:paraId="62694C86" w14:textId="77777777" w:rsidR="002E7094" w:rsidRPr="00E72A7F" w:rsidRDefault="00000000">
      <w:pPr>
        <w:pStyle w:val="Heading3"/>
        <w:rPr>
          <w:color w:val="000000" w:themeColor="text1"/>
          <w:u w:val="single"/>
        </w:rPr>
      </w:pPr>
      <w:r w:rsidRPr="00E72A7F">
        <w:rPr>
          <w:color w:val="000000" w:themeColor="text1"/>
          <w:u w:val="single"/>
        </w:rPr>
        <w:t>PERSONAL INFORMATION</w:t>
      </w:r>
    </w:p>
    <w:p w14:paraId="7CA99096" w14:textId="77777777" w:rsidR="002E7094" w:rsidRDefault="00000000">
      <w:r>
        <w:t>Full Name: ____________________________________________</w:t>
      </w:r>
    </w:p>
    <w:p w14:paraId="101CB784" w14:textId="77777777" w:rsidR="002E7094" w:rsidRDefault="00000000">
      <w:r>
        <w:t>Date of Birth: ___________________</w:t>
      </w:r>
    </w:p>
    <w:p w14:paraId="38B90185" w14:textId="77777777" w:rsidR="002E7094" w:rsidRDefault="00000000">
      <w:r>
        <w:t>Phone Number: ________________________________________</w:t>
      </w:r>
    </w:p>
    <w:p w14:paraId="2C7C187E" w14:textId="77777777" w:rsidR="002E7094" w:rsidRDefault="00000000">
      <w:r>
        <w:t>Email Address: _________________________________________</w:t>
      </w:r>
    </w:p>
    <w:p w14:paraId="2FC4770F" w14:textId="77777777" w:rsidR="002E7094" w:rsidRDefault="00000000">
      <w:r>
        <w:t>Mailing Address: ________________________________________</w:t>
      </w:r>
    </w:p>
    <w:p w14:paraId="1F1859C3" w14:textId="77777777" w:rsidR="002E7094" w:rsidRDefault="00000000">
      <w:r>
        <w:t>City: ___________________  State: ______  ZIP Code: __________</w:t>
      </w:r>
    </w:p>
    <w:p w14:paraId="19E37088" w14:textId="77777777" w:rsidR="00E72A7F" w:rsidRDefault="00E72A7F">
      <w:pPr>
        <w:pStyle w:val="Heading3"/>
        <w:rPr>
          <w:color w:val="000000" w:themeColor="text1"/>
        </w:rPr>
      </w:pPr>
    </w:p>
    <w:p w14:paraId="0438431E" w14:textId="5EB67CED" w:rsidR="002E7094" w:rsidRPr="00E72A7F" w:rsidRDefault="00000000">
      <w:pPr>
        <w:pStyle w:val="Heading3"/>
        <w:rPr>
          <w:color w:val="000000" w:themeColor="text1"/>
          <w:u w:val="single"/>
        </w:rPr>
      </w:pPr>
      <w:r w:rsidRPr="00E72A7F">
        <w:rPr>
          <w:color w:val="000000" w:themeColor="text1"/>
          <w:u w:val="single"/>
        </w:rPr>
        <w:t>EDUCATIONAL BACKGROUND</w:t>
      </w:r>
    </w:p>
    <w:p w14:paraId="7D738EFE" w14:textId="77777777" w:rsidR="002E7094" w:rsidRDefault="00000000">
      <w:r>
        <w:t>Highest Level of Education Completed: _______________________________</w:t>
      </w:r>
    </w:p>
    <w:p w14:paraId="55418FD9" w14:textId="77777777" w:rsidR="002E7094" w:rsidRDefault="00000000">
      <w:r>
        <w:t>Institution Name: _________________________________________________</w:t>
      </w:r>
    </w:p>
    <w:p w14:paraId="4F384F1F" w14:textId="77777777" w:rsidR="002E7094" w:rsidRDefault="00000000">
      <w:r>
        <w:t>Relevant Certifications (if any): ____________________________________</w:t>
      </w:r>
    </w:p>
    <w:p w14:paraId="30DD50B1" w14:textId="77777777" w:rsidR="00E72A7F" w:rsidRDefault="00E72A7F">
      <w:pPr>
        <w:pStyle w:val="Heading3"/>
        <w:rPr>
          <w:color w:val="000000" w:themeColor="text1"/>
        </w:rPr>
      </w:pPr>
    </w:p>
    <w:p w14:paraId="3FE7641B" w14:textId="77777777" w:rsidR="00E72A7F" w:rsidRDefault="00E72A7F">
      <w:pPr>
        <w:pStyle w:val="Heading3"/>
        <w:rPr>
          <w:color w:val="000000" w:themeColor="text1"/>
        </w:rPr>
      </w:pPr>
    </w:p>
    <w:p w14:paraId="5BD1E292" w14:textId="77777777" w:rsidR="00E72A7F" w:rsidRDefault="00E72A7F">
      <w:pPr>
        <w:pStyle w:val="Heading3"/>
        <w:rPr>
          <w:color w:val="000000" w:themeColor="text1"/>
        </w:rPr>
      </w:pPr>
    </w:p>
    <w:p w14:paraId="3E40498E" w14:textId="5CAC5F53" w:rsidR="002E7094" w:rsidRPr="00E72A7F" w:rsidRDefault="00000000">
      <w:pPr>
        <w:pStyle w:val="Heading3"/>
        <w:rPr>
          <w:color w:val="000000" w:themeColor="text1"/>
          <w:u w:val="single"/>
        </w:rPr>
      </w:pPr>
      <w:r w:rsidRPr="00E72A7F">
        <w:rPr>
          <w:color w:val="000000" w:themeColor="text1"/>
          <w:u w:val="single"/>
        </w:rPr>
        <w:t>PROFESSIONAL EXPERIENCE</w:t>
      </w:r>
    </w:p>
    <w:p w14:paraId="435298A3" w14:textId="77777777" w:rsidR="002E7094" w:rsidRDefault="00000000">
      <w:r>
        <w:t>Do you have any prior experience in Pilates? (Y/N) ______</w:t>
      </w:r>
    </w:p>
    <w:p w14:paraId="52B68D11" w14:textId="77777777" w:rsidR="002E7094" w:rsidRDefault="00000000">
      <w:r>
        <w:t>If yes, please describe your experience, including years of practice and any prior training:</w:t>
      </w:r>
      <w:r>
        <w:br/>
      </w:r>
      <w:r>
        <w:br/>
      </w:r>
    </w:p>
    <w:p w14:paraId="404E9593" w14:textId="77777777" w:rsidR="002E7094" w:rsidRDefault="00000000">
      <w:r>
        <w:t>Do you have any teaching experience (Pilates or other)? (Y/N) ______</w:t>
      </w:r>
    </w:p>
    <w:p w14:paraId="21CCFE6C" w14:textId="77777777" w:rsidR="002E7094" w:rsidRDefault="00000000">
      <w:r>
        <w:t>If yes, please describe:</w:t>
      </w:r>
      <w:r>
        <w:br/>
      </w:r>
      <w:r>
        <w:br/>
      </w:r>
    </w:p>
    <w:p w14:paraId="50493CCA" w14:textId="77777777" w:rsidR="002E7094" w:rsidRPr="00E72A7F" w:rsidRDefault="00000000">
      <w:pPr>
        <w:pStyle w:val="Heading3"/>
        <w:rPr>
          <w:color w:val="000000" w:themeColor="text1"/>
          <w:u w:val="single"/>
        </w:rPr>
      </w:pPr>
      <w:r w:rsidRPr="00E72A7F">
        <w:rPr>
          <w:color w:val="000000" w:themeColor="text1"/>
          <w:u w:val="single"/>
        </w:rPr>
        <w:t>PROGRAM INTEREST</w:t>
      </w:r>
    </w:p>
    <w:p w14:paraId="24ADFD22" w14:textId="77777777" w:rsidR="002E7094" w:rsidRDefault="00000000">
      <w:r>
        <w:t>Why do you want to become a certified Pilates teacher?</w:t>
      </w:r>
      <w:r>
        <w:br/>
      </w:r>
      <w:r>
        <w:br/>
      </w:r>
    </w:p>
    <w:p w14:paraId="41D4BC78" w14:textId="77777777" w:rsidR="002E7094" w:rsidRDefault="00000000">
      <w:r>
        <w:t>What are your career goals related to Pilates and wellness?</w:t>
      </w:r>
      <w:r>
        <w:br/>
      </w:r>
      <w:r>
        <w:br/>
      </w:r>
    </w:p>
    <w:p w14:paraId="194F2D80" w14:textId="77777777" w:rsidR="002E7094" w:rsidRPr="00E72A7F" w:rsidRDefault="00000000">
      <w:pPr>
        <w:pStyle w:val="Heading3"/>
        <w:rPr>
          <w:color w:val="000000" w:themeColor="text1"/>
          <w:u w:val="single"/>
        </w:rPr>
      </w:pPr>
      <w:r w:rsidRPr="00E72A7F">
        <w:rPr>
          <w:color w:val="000000" w:themeColor="text1"/>
          <w:u w:val="single"/>
        </w:rPr>
        <w:t>AVAILABILITY</w:t>
      </w:r>
    </w:p>
    <w:p w14:paraId="0D913C2E" w14:textId="77777777" w:rsidR="002E7094" w:rsidRDefault="00000000">
      <w:r>
        <w:t>Preferred Start Date: ___________________</w:t>
      </w:r>
    </w:p>
    <w:p w14:paraId="17BE586D" w14:textId="35EB1138" w:rsidR="002E7094" w:rsidRDefault="00000000">
      <w:r>
        <w:t xml:space="preserve">Are you </w:t>
      </w:r>
      <w:r w:rsidR="00E72A7F">
        <w:t xml:space="preserve">able to be in the studio a minimum of 12 </w:t>
      </w:r>
      <w:proofErr w:type="spellStart"/>
      <w:r w:rsidR="00E72A7F">
        <w:t>hrs</w:t>
      </w:r>
      <w:proofErr w:type="spellEnd"/>
      <w:r w:rsidR="00E72A7F">
        <w:t xml:space="preserve"> per week to complete the required 600 </w:t>
      </w:r>
      <w:proofErr w:type="gramStart"/>
      <w:r w:rsidR="00E72A7F">
        <w:t xml:space="preserve">hrs. </w:t>
      </w:r>
      <w:r>
        <w:t>?</w:t>
      </w:r>
      <w:proofErr w:type="gramEnd"/>
      <w:r>
        <w:t xml:space="preserve"> (Y/N) ______</w:t>
      </w:r>
    </w:p>
    <w:p w14:paraId="4B6CBDA6" w14:textId="77777777" w:rsidR="00E72A7F" w:rsidRDefault="00000000">
      <w:r>
        <w:t>Do you have any scheduling conflicts that may affect your participation? (If yes, please explain)</w:t>
      </w:r>
    </w:p>
    <w:p w14:paraId="7C530B69" w14:textId="73751852" w:rsidR="002E7094" w:rsidRDefault="00E72A7F">
      <w:r>
        <w:t>Are you able to complete the 50 private/semi-private lessons and 30 group classes?</w:t>
      </w:r>
      <w:r w:rsidR="00000000">
        <w:br/>
      </w:r>
      <w:r>
        <w:t>(Y/N) ______</w:t>
      </w:r>
      <w:r w:rsidR="00000000">
        <w:br/>
      </w:r>
    </w:p>
    <w:p w14:paraId="18E9B5BB" w14:textId="77777777" w:rsidR="002E7094" w:rsidRPr="00E72A7F" w:rsidRDefault="00000000">
      <w:pPr>
        <w:pStyle w:val="Heading3"/>
        <w:rPr>
          <w:color w:val="000000" w:themeColor="text1"/>
        </w:rPr>
      </w:pPr>
      <w:r w:rsidRPr="00E72A7F">
        <w:rPr>
          <w:color w:val="000000" w:themeColor="text1"/>
        </w:rPr>
        <w:t>HEALTH &amp; FITNESS BACKGROUND</w:t>
      </w:r>
    </w:p>
    <w:p w14:paraId="58ED80B4" w14:textId="77777777" w:rsidR="002E7094" w:rsidRDefault="00000000">
      <w:r>
        <w:t>Do you have any medical conditions, physical limitations, or injuries that may affect your training? (Y/N) ______</w:t>
      </w:r>
    </w:p>
    <w:p w14:paraId="2A6F54F4" w14:textId="77777777" w:rsidR="002E7094" w:rsidRDefault="00000000">
      <w:r>
        <w:t>If yes, please describe:</w:t>
      </w:r>
      <w:r>
        <w:br/>
      </w:r>
      <w:r>
        <w:br/>
      </w:r>
    </w:p>
    <w:p w14:paraId="0C1AED22" w14:textId="77777777" w:rsidR="002E7094" w:rsidRPr="00E72A7F" w:rsidRDefault="00000000">
      <w:pPr>
        <w:pStyle w:val="Heading3"/>
        <w:rPr>
          <w:color w:val="000000" w:themeColor="text1"/>
        </w:rPr>
      </w:pPr>
      <w:r w:rsidRPr="00E72A7F">
        <w:rPr>
          <w:color w:val="000000" w:themeColor="text1"/>
        </w:rPr>
        <w:lastRenderedPageBreak/>
        <w:t>REFERENCES</w:t>
      </w:r>
    </w:p>
    <w:p w14:paraId="0007F8B0" w14:textId="77777777" w:rsidR="002E7094" w:rsidRDefault="00000000">
      <w:r>
        <w:t>Please provide at least one professional or personal reference who can speak to your commitment and suitability for this program.</w:t>
      </w:r>
    </w:p>
    <w:p w14:paraId="4CDC286A" w14:textId="77777777" w:rsidR="002E7094" w:rsidRDefault="00000000">
      <w:r>
        <w:t>Reference Name: _________________________________________</w:t>
      </w:r>
    </w:p>
    <w:p w14:paraId="3507585B" w14:textId="77777777" w:rsidR="002E7094" w:rsidRDefault="00000000">
      <w:r>
        <w:t>Relationship: _____________________________________________</w:t>
      </w:r>
    </w:p>
    <w:p w14:paraId="75D5671C" w14:textId="77777777" w:rsidR="002E7094" w:rsidRDefault="00000000">
      <w:r>
        <w:t>Phone Number: ___________________________________________</w:t>
      </w:r>
    </w:p>
    <w:p w14:paraId="16E18506" w14:textId="77777777" w:rsidR="002E7094" w:rsidRDefault="00000000">
      <w:r>
        <w:t>Email Address: ___________________________________________</w:t>
      </w:r>
    </w:p>
    <w:p w14:paraId="2B348A45" w14:textId="77777777" w:rsidR="00E72A7F" w:rsidRDefault="00E72A7F">
      <w:pPr>
        <w:pStyle w:val="Heading3"/>
      </w:pPr>
    </w:p>
    <w:p w14:paraId="64B90793" w14:textId="1B627523" w:rsidR="002E7094" w:rsidRPr="00E72A7F" w:rsidRDefault="00000000">
      <w:pPr>
        <w:pStyle w:val="Heading3"/>
        <w:rPr>
          <w:color w:val="000000" w:themeColor="text1"/>
        </w:rPr>
      </w:pPr>
      <w:r w:rsidRPr="00E72A7F">
        <w:rPr>
          <w:color w:val="000000" w:themeColor="text1"/>
        </w:rPr>
        <w:t>AGREEMENT &amp; SIGNATURE</w:t>
      </w:r>
    </w:p>
    <w:p w14:paraId="29648EC9" w14:textId="77777777" w:rsidR="002E7094" w:rsidRDefault="00000000">
      <w:r>
        <w:t>I certify that the information provided in this application is true and accurate to the best of my knowledge. I understand that acceptance into the Zoeli Pilates Teacher Certification Program is subject to review and approval.</w:t>
      </w:r>
      <w:r>
        <w:br/>
      </w:r>
    </w:p>
    <w:p w14:paraId="11C67C94" w14:textId="77777777" w:rsidR="002E7094" w:rsidRDefault="00000000">
      <w:r>
        <w:t>Signature: ______________________________________________</w:t>
      </w:r>
    </w:p>
    <w:p w14:paraId="06A5FF27" w14:textId="77777777" w:rsidR="002E7094" w:rsidRDefault="00000000">
      <w:r>
        <w:t>Date: __________________</w:t>
      </w:r>
    </w:p>
    <w:p w14:paraId="0E5491AD" w14:textId="77777777" w:rsidR="00E72A7F" w:rsidRDefault="00E72A7F">
      <w:pPr>
        <w:pStyle w:val="Heading3"/>
        <w:rPr>
          <w:color w:val="000000" w:themeColor="text1"/>
        </w:rPr>
      </w:pPr>
    </w:p>
    <w:p w14:paraId="10A22E5B" w14:textId="77777777" w:rsidR="00E72A7F" w:rsidRDefault="00E72A7F">
      <w:pPr>
        <w:pStyle w:val="Heading3"/>
        <w:rPr>
          <w:color w:val="000000" w:themeColor="text1"/>
        </w:rPr>
      </w:pPr>
    </w:p>
    <w:p w14:paraId="7AF6479A" w14:textId="77777777" w:rsidR="00E72A7F" w:rsidRDefault="00E72A7F">
      <w:pPr>
        <w:pStyle w:val="Heading3"/>
        <w:rPr>
          <w:color w:val="000000" w:themeColor="text1"/>
        </w:rPr>
      </w:pPr>
    </w:p>
    <w:p w14:paraId="293A364A" w14:textId="38D9148D" w:rsidR="002E7094" w:rsidRPr="00E72A7F" w:rsidRDefault="00000000">
      <w:pPr>
        <w:pStyle w:val="Heading3"/>
        <w:rPr>
          <w:color w:val="000000" w:themeColor="text1"/>
        </w:rPr>
      </w:pPr>
      <w:r w:rsidRPr="00E72A7F">
        <w:rPr>
          <w:color w:val="000000" w:themeColor="text1"/>
        </w:rPr>
        <w:t>SUBMISSION INSTRUCTIONS</w:t>
      </w:r>
    </w:p>
    <w:p w14:paraId="3941746C" w14:textId="77777777" w:rsidR="002E7094" w:rsidRDefault="00000000">
      <w:r>
        <w:t>Please submit this completed application along with any additional required documents to:</w:t>
      </w:r>
      <w:r>
        <w:br/>
      </w:r>
    </w:p>
    <w:p w14:paraId="1F1C2E46" w14:textId="77777777" w:rsidR="002E7094" w:rsidRDefault="00000000">
      <w:r>
        <w:t>📧 Email: info@zoelipilates.com</w:t>
      </w:r>
    </w:p>
    <w:p w14:paraId="17280182" w14:textId="77777777" w:rsidR="002E7094" w:rsidRDefault="00000000">
      <w:r>
        <w:t>📬 Mail: 1515 E Las Olas Blvd, Fort Lauderdale FL 33301</w:t>
      </w:r>
    </w:p>
    <w:p w14:paraId="74CE960A" w14:textId="77777777" w:rsidR="002E7094" w:rsidRDefault="00000000">
      <w:r>
        <w:t>📞 Phone: 754-215-1647</w:t>
      </w:r>
    </w:p>
    <w:sectPr w:rsidR="002E7094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59586410">
    <w:abstractNumId w:val="8"/>
  </w:num>
  <w:num w:numId="2" w16cid:durableId="1029068679">
    <w:abstractNumId w:val="6"/>
  </w:num>
  <w:num w:numId="3" w16cid:durableId="1543862408">
    <w:abstractNumId w:val="5"/>
  </w:num>
  <w:num w:numId="4" w16cid:durableId="1595943880">
    <w:abstractNumId w:val="4"/>
  </w:num>
  <w:num w:numId="5" w16cid:durableId="1273323768">
    <w:abstractNumId w:val="7"/>
  </w:num>
  <w:num w:numId="6" w16cid:durableId="1520504027">
    <w:abstractNumId w:val="3"/>
  </w:num>
  <w:num w:numId="7" w16cid:durableId="691805187">
    <w:abstractNumId w:val="2"/>
  </w:num>
  <w:num w:numId="8" w16cid:durableId="202642428">
    <w:abstractNumId w:val="1"/>
  </w:num>
  <w:num w:numId="9" w16cid:durableId="1063600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2E7094"/>
    <w:rsid w:val="00326F90"/>
    <w:rsid w:val="006D23A7"/>
    <w:rsid w:val="00AA1D8D"/>
    <w:rsid w:val="00B47730"/>
    <w:rsid w:val="00CB0664"/>
    <w:rsid w:val="00E72A7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5DE192"/>
  <w14:defaultImageDpi w14:val="300"/>
  <w15:docId w15:val="{8ABB7FB8-3663-5F49-9484-2AC7C444C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Amanda Marley</cp:lastModifiedBy>
  <cp:revision>2</cp:revision>
  <dcterms:created xsi:type="dcterms:W3CDTF">2025-08-20T20:21:00Z</dcterms:created>
  <dcterms:modified xsi:type="dcterms:W3CDTF">2025-08-20T20:21:00Z</dcterms:modified>
  <cp:category/>
</cp:coreProperties>
</file>